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954000" cy="95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uflb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95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rFonts w:ascii="Aptos Display" w:hAnsi="Aptos Display"/>
          <w:b/>
          <w:color w:val="0A2342"/>
          <w:sz w:val="36"/>
        </w:rPr>
        <w:t>FICHE D'AFFILIATION / RÉAFFILIATION CLUB</w:t>
      </w:r>
    </w:p>
    <w:p>
      <w:pPr>
        <w:spacing w:after="120"/>
        <w:jc w:val="center"/>
      </w:pPr>
      <w:r>
        <w:rPr>
          <w:rFonts w:ascii="Aptos" w:hAnsi="Aptos"/>
          <w:b/>
          <w:color w:val="D72632"/>
          <w:sz w:val="22"/>
        </w:rPr>
        <w:t>SAISON SPORTIVE 2026-2027</w:t>
      </w:r>
    </w:p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1. TYPE DE DEMANDE ET TARIFS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464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1E5AA8"/>
              <w:left w:val="single" w:sz="8" w:color="1E5AA8"/>
              <w:bottom w:val="single" w:sz="8" w:color="1E5AA8"/>
              <w:right w:val="single" w:sz="8" w:color="1E5AA8"/>
            </w:tcBorders>
            <w:shd w:fill="EDF4FC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A2342"/>
                <w:sz w:val="20"/>
              </w:rPr>
              <w:t xml:space="preserve">☐ </w:t>
            </w:r>
            <w:r>
              <w:rPr>
                <w:rFonts w:ascii="Aptos" w:hAnsi="Aptos"/>
                <w:b/>
                <w:color w:val="1D2733"/>
                <w:sz w:val="20"/>
              </w:rPr>
              <w:t>NOUVELLE AFFILIATION CLUB</w:t>
            </w:r>
          </w:p>
        </w:tc>
        <w:tc>
          <w:tcPr>
            <w:tcW w:type="dxa" w:w="464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1E5AA8"/>
              <w:left w:val="single" w:sz="8" w:color="1E5AA8"/>
              <w:bottom w:val="single" w:sz="8" w:color="1E5AA8"/>
              <w:right w:val="single" w:sz="8" w:color="1E5AA8"/>
            </w:tcBorders>
            <w:shd w:fill="FFF1F2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A2342"/>
                <w:sz w:val="20"/>
              </w:rPr>
              <w:t xml:space="preserve">☐ </w:t>
            </w:r>
            <w:r>
              <w:rPr>
                <w:rFonts w:ascii="Aptos" w:hAnsi="Aptos"/>
                <w:b/>
                <w:color w:val="1D2733"/>
                <w:sz w:val="20"/>
              </w:rPr>
              <w:t>RÉAFFILIATION 2026-2027</w:t>
            </w:r>
          </w:p>
        </w:tc>
      </w:tr>
      <w:tr>
        <w:trPr>
          <w:cantSplit/>
        </w:trPr>
        <w:tc>
          <w:tcPr>
            <w:tcW w:type="dxa" w:w="464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1E5AA8"/>
              <w:left w:val="single" w:sz="8" w:color="1E5AA8"/>
              <w:bottom w:val="single" w:sz="8" w:color="1E5AA8"/>
              <w:right w:val="single" w:sz="8" w:color="1E5AA8"/>
            </w:tcBorders>
            <w:shd w:fill="EDF4FC"/>
          </w:tcPr>
          <w:p>
            <w:pPr>
              <w:jc w:val="center"/>
            </w:pPr>
            <w:r>
              <w:rPr>
                <w:rFonts w:ascii="Aptos" w:hAnsi="Aptos"/>
                <w:b/>
                <w:color w:val="D72632"/>
                <w:sz w:val="40"/>
              </w:rPr>
              <w:t>100 €</w:t>
            </w:r>
            <w:r>
              <w:rPr>
                <w:rFonts w:ascii="Aptos" w:hAnsi="Aptos"/>
                <w:b w:val="0"/>
                <w:color w:val="5D6875"/>
                <w:sz w:val="17"/>
              </w:rPr>
              <w:br/>
              <w:t>par club / saison</w:t>
            </w:r>
          </w:p>
        </w:tc>
        <w:tc>
          <w:tcPr>
            <w:tcW w:type="dxa" w:w="464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1E5AA8"/>
              <w:left w:val="single" w:sz="8" w:color="1E5AA8"/>
              <w:bottom w:val="single" w:sz="8" w:color="1E5AA8"/>
              <w:right w:val="single" w:sz="8" w:color="1E5AA8"/>
            </w:tcBorders>
            <w:shd w:fill="FFF1F2"/>
          </w:tcPr>
          <w:p>
            <w:pPr>
              <w:jc w:val="center"/>
            </w:pPr>
            <w:r>
              <w:rPr>
                <w:rFonts w:ascii="Aptos" w:hAnsi="Aptos"/>
                <w:b/>
                <w:color w:val="D72632"/>
                <w:sz w:val="32"/>
              </w:rPr>
              <w:t>0 € - OFFERTE</w:t>
            </w:r>
            <w:r>
              <w:rPr>
                <w:rFonts w:ascii="Aptos" w:hAnsi="Aptos"/>
                <w:b w:val="0"/>
                <w:color w:val="5D6875"/>
                <w:sz w:val="16"/>
              </w:rPr>
              <w:br/>
              <w:t>réservée aux clubs régulièrement affiliés en 2025-2026</w:t>
            </w:r>
          </w:p>
        </w:tc>
      </w:tr>
    </w:tbl>
    <w:p>
      <w:pPr>
        <w:spacing w:before="60" w:after="60"/>
      </w:pPr>
      <w:r>
        <w:rPr>
          <w:rFonts w:ascii="Aptos" w:hAnsi="Aptos"/>
          <w:b/>
          <w:color w:val="0A2342"/>
          <w:sz w:val="18"/>
        </w:rPr>
        <w:t xml:space="preserve">Licence fédérale UFLB : 2 € par adhérent et par saison. </w:t>
      </w:r>
      <w:r>
        <w:rPr>
          <w:rFonts w:ascii="Aptos" w:hAnsi="Aptos"/>
          <w:b w:val="0"/>
          <w:color w:val="1D2733"/>
          <w:sz w:val="18"/>
        </w:rPr>
        <w:t>Le club s'engage à licencier l'ensemble de ses pratiquants relevant des disciplines fédérales déclarées.</w:t>
      </w:r>
    </w:p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2. INFORMATIONS SUR LE CLUB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Nom officiel du club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Sigle / nom usuel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N° RNA / récépissé (si association)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N° SIRET (si applicable)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Adresse du siège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Code postal / Ville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Téléphone du club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E-mail du club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Site internet / réseau social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Date de création du club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Autre fédération / affiliation éventuelle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____________________________</w:t>
            </w:r>
          </w:p>
        </w:tc>
        <w:tc>
          <w:tcPr>
            <w:tcW w:type="dxa" w:w="4649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N° d’affiliation éventuel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________________________</w:t>
            </w:r>
          </w:p>
        </w:tc>
      </w:tr>
    </w:tbl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3. RESPONSABLES DU CLUB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blHeader w:val="true"/>
          <w:cantSplit/>
        </w:trPr>
        <w:tc>
          <w:tcPr>
            <w:tcW w:type="dxa" w:w="1757"/>
            <w:shd w:fill="0A234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891"/>
            <w:shd w:fill="0A234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Nom / Prénom</w:t>
            </w:r>
          </w:p>
        </w:tc>
        <w:tc>
          <w:tcPr>
            <w:tcW w:type="dxa" w:w="2381"/>
            <w:shd w:fill="0A234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Téléphone</w:t>
            </w:r>
          </w:p>
        </w:tc>
        <w:tc>
          <w:tcPr>
            <w:tcW w:type="dxa" w:w="2268"/>
            <w:shd w:fill="0A234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E-mail</w:t>
            </w:r>
          </w:p>
        </w:tc>
      </w:tr>
      <w:tr>
        <w:trPr>
          <w:cantSplit/>
        </w:trPr>
        <w:tc>
          <w:tcPr>
            <w:tcW w:type="dxa" w:w="1757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/>
                <w:color w:val="0A2342"/>
                <w:sz w:val="17"/>
              </w:rPr>
              <w:t>Président(e)</w:t>
            </w:r>
          </w:p>
        </w:tc>
        <w:tc>
          <w:tcPr>
            <w:tcW w:type="dxa" w:w="289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38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</w:tr>
      <w:tr>
        <w:trPr>
          <w:cantSplit/>
        </w:trPr>
        <w:tc>
          <w:tcPr>
            <w:tcW w:type="dxa" w:w="1757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>Secrétaire</w:t>
            </w:r>
          </w:p>
        </w:tc>
        <w:tc>
          <w:tcPr>
            <w:tcW w:type="dxa" w:w="289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38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</w:tr>
      <w:tr>
        <w:trPr>
          <w:cantSplit/>
        </w:trPr>
        <w:tc>
          <w:tcPr>
            <w:tcW w:type="dxa" w:w="1757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/>
                <w:color w:val="0A2342"/>
                <w:sz w:val="17"/>
              </w:rPr>
              <w:t>Trésorier(ère)</w:t>
            </w:r>
          </w:p>
        </w:tc>
        <w:tc>
          <w:tcPr>
            <w:tcW w:type="dxa" w:w="289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38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</w:tr>
      <w:tr>
        <w:trPr>
          <w:cantSplit/>
        </w:trPr>
        <w:tc>
          <w:tcPr>
            <w:tcW w:type="dxa" w:w="1757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>Responsable technique</w:t>
            </w:r>
          </w:p>
        </w:tc>
        <w:tc>
          <w:tcPr>
            <w:tcW w:type="dxa" w:w="289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381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80" w:type="dxa"/>
              <w:bottom w:w="85" w:type="dxa"/>
              <w:end w:w="8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 w:val="0"/>
                <w:color w:val="1D2733"/>
                <w:sz w:val="17"/>
              </w:rPr>
            </w:r>
          </w:p>
        </w:tc>
      </w:tr>
    </w:tbl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4. DISCIPLINES PRATIQUÉES ET ASSURANCE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464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8"/>
              </w:rPr>
              <w:t>Disciplines UFLB déclarées :</w:t>
              <w:br/>
            </w:r>
            <w:r>
              <w:rPr>
                <w:rFonts w:ascii="Aptos" w:hAnsi="Aptos"/>
                <w:b w:val="0"/>
                <w:color w:val="0A2342"/>
                <w:sz w:val="17"/>
              </w:rPr>
              <w:t xml:space="preserve">☐ </w:t>
            </w:r>
            <w:r>
              <w:rPr>
                <w:rFonts w:ascii="Aptos" w:hAnsi="Aptos"/>
                <w:b w:val="0"/>
                <w:color w:val="1D2733"/>
                <w:sz w:val="17"/>
              </w:rPr>
              <w:t>Bando</w:t>
            </w:r>
            <w:r>
              <w:br/>
            </w:r>
            <w:r>
              <w:rPr>
                <w:rFonts w:ascii="Aptos" w:hAnsi="Aptos"/>
                <w:b w:val="0"/>
                <w:color w:val="0A2342"/>
                <w:sz w:val="17"/>
              </w:rPr>
              <w:t xml:space="preserve">☐ </w:t>
            </w:r>
            <w:r>
              <w:rPr>
                <w:rFonts w:ascii="Aptos" w:hAnsi="Aptos"/>
                <w:b w:val="0"/>
                <w:color w:val="1D2733"/>
                <w:sz w:val="17"/>
              </w:rPr>
              <w:t>Lethwei</w:t>
            </w:r>
            <w:r>
              <w:br/>
            </w:r>
            <w:r>
              <w:rPr>
                <w:rFonts w:ascii="Aptos" w:hAnsi="Aptos"/>
                <w:b w:val="0"/>
                <w:color w:val="0A2342"/>
                <w:sz w:val="17"/>
              </w:rPr>
              <w:t xml:space="preserve">☐ </w:t>
            </w:r>
            <w:r>
              <w:rPr>
                <w:rFonts w:ascii="Aptos" w:hAnsi="Aptos"/>
                <w:b w:val="0"/>
                <w:color w:val="1D2733"/>
                <w:sz w:val="17"/>
              </w:rPr>
              <w:t>Naban</w:t>
            </w:r>
            <w:r>
              <w:br/>
            </w:r>
            <w:r>
              <w:rPr>
                <w:rFonts w:ascii="Aptos" w:hAnsi="Aptos"/>
                <w:b w:val="0"/>
                <w:color w:val="0A2342"/>
                <w:sz w:val="17"/>
              </w:rPr>
              <w:t xml:space="preserve">☐ </w:t>
            </w:r>
            <w:r>
              <w:rPr>
                <w:rFonts w:ascii="Aptos" w:hAnsi="Aptos"/>
                <w:b w:val="0"/>
                <w:color w:val="1D2733"/>
                <w:sz w:val="17"/>
              </w:rPr>
              <w:t>Banshay / armes traditionnelles</w:t>
            </w:r>
            <w:r>
              <w:br/>
            </w:r>
            <w:r>
              <w:rPr>
                <w:rFonts w:ascii="Aptos" w:hAnsi="Aptos"/>
                <w:b w:val="0"/>
                <w:color w:val="0A2342"/>
                <w:sz w:val="17"/>
              </w:rPr>
              <w:t xml:space="preserve">☐ </w:t>
            </w:r>
            <w:r>
              <w:rPr>
                <w:rFonts w:ascii="Aptos" w:hAnsi="Aptos"/>
                <w:b w:val="0"/>
                <w:color w:val="1D2733"/>
                <w:sz w:val="17"/>
              </w:rPr>
              <w:t>Autres disciplines associées : ____________________</w:t>
            </w:r>
            <w:r>
              <w:br/>
            </w:r>
          </w:p>
        </w:tc>
        <w:tc>
          <w:tcPr>
            <w:tcW w:type="dxa" w:w="464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/>
                <w:color w:val="0A2342"/>
                <w:sz w:val="18"/>
              </w:rPr>
              <w:t>Assurance responsabilité civile du club</w:t>
              <w:br/>
            </w:r>
            <w:r>
              <w:rPr>
                <w:rFonts w:ascii="Aptos" w:hAnsi="Aptos"/>
                <w:b w:val="0"/>
                <w:color w:val="1D2733"/>
                <w:sz w:val="17"/>
              </w:rPr>
              <w:t>Assureur : ______________________________</w:t>
              <w:br/>
            </w:r>
            <w:r>
              <w:rPr>
                <w:rFonts w:ascii="Aptos" w:hAnsi="Aptos"/>
                <w:b w:val="0"/>
                <w:color w:val="1D2733"/>
                <w:sz w:val="17"/>
              </w:rPr>
              <w:t>N° contrat : ____________________________</w:t>
              <w:br/>
            </w:r>
            <w:r>
              <w:rPr>
                <w:rFonts w:ascii="Aptos" w:hAnsi="Aptos"/>
                <w:b w:val="0"/>
                <w:color w:val="1D2733"/>
                <w:sz w:val="17"/>
              </w:rPr>
              <w:t>Échéance / validité : ___________________</w:t>
              <w:br/>
            </w:r>
            <w:r>
              <w:rPr>
                <w:rFonts w:ascii="Aptos" w:hAnsi="Aptos"/>
                <w:b/>
                <w:color w:val="D72632"/>
                <w:sz w:val="17"/>
              </w:rPr>
              <w:t>☐ Attestation RC jointe au dossier</w:t>
            </w:r>
          </w:p>
        </w:tc>
      </w:tr>
    </w:tbl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5. RÉCAPITULATIF FINANCIER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cantSplit/>
        </w:trPr>
        <w:tc>
          <w:tcPr>
            <w:tcW w:type="dxa" w:w="5216"/>
            <w:shd w:fill="0A2342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Élément</w:t>
            </w:r>
          </w:p>
        </w:tc>
        <w:tc>
          <w:tcPr>
            <w:tcW w:type="dxa" w:w="1701"/>
            <w:shd w:fill="0A2342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Calcul</w:t>
            </w:r>
          </w:p>
        </w:tc>
        <w:tc>
          <w:tcPr>
            <w:tcW w:type="dxa" w:w="2381"/>
            <w:shd w:fill="0A2342"/>
            <w:tcMar>
              <w:top w:w="55" w:type="dxa"/>
              <w:start w:w="80" w:type="dxa"/>
              <w:bottom w:w="55" w:type="dxa"/>
              <w:end w:w="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Montant</w:t>
            </w:r>
          </w:p>
        </w:tc>
      </w:tr>
      <w:tr>
        <w:trPr>
          <w:cantSplit/>
        </w:trPr>
        <w:tc>
          <w:tcPr>
            <w:tcW w:type="dxa" w:w="5216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left"/>
            </w:pPr>
            <w:r>
              <w:rPr>
                <w:rFonts w:ascii="Aptos" w:hAnsi="Aptos"/>
                <w:b w:val="0"/>
                <w:color w:val="1D2733"/>
                <w:sz w:val="17"/>
              </w:rPr>
              <w:t>Nouvelle affiliation club</w:t>
            </w:r>
          </w:p>
        </w:tc>
        <w:tc>
          <w:tcPr>
            <w:tcW w:type="dxa" w:w="170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Forfait</w:t>
            </w:r>
          </w:p>
        </w:tc>
        <w:tc>
          <w:tcPr>
            <w:tcW w:type="dxa" w:w="238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100 €</w:t>
            </w:r>
          </w:p>
        </w:tc>
      </w:tr>
      <w:tr>
        <w:trPr>
          <w:cantSplit/>
        </w:trPr>
        <w:tc>
          <w:tcPr>
            <w:tcW w:type="dxa" w:w="5216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left"/>
            </w:pPr>
            <w:r>
              <w:rPr>
                <w:rFonts w:ascii="Aptos" w:hAnsi="Aptos"/>
                <w:b w:val="0"/>
                <w:color w:val="1D2733"/>
                <w:sz w:val="17"/>
              </w:rPr>
              <w:t>Réaffiliation club 2025-2026</w:t>
            </w:r>
          </w:p>
        </w:tc>
        <w:tc>
          <w:tcPr>
            <w:tcW w:type="dxa" w:w="170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Offerte</w:t>
            </w:r>
          </w:p>
        </w:tc>
        <w:tc>
          <w:tcPr>
            <w:tcW w:type="dxa" w:w="238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0 €</w:t>
            </w:r>
          </w:p>
        </w:tc>
      </w:tr>
      <w:tr>
        <w:trPr>
          <w:cantSplit/>
        </w:trPr>
        <w:tc>
          <w:tcPr>
            <w:tcW w:type="dxa" w:w="5216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left"/>
            </w:pPr>
            <w:r>
              <w:rPr>
                <w:rFonts w:ascii="Aptos" w:hAnsi="Aptos"/>
                <w:b w:val="0"/>
                <w:color w:val="1D2733"/>
                <w:sz w:val="17"/>
              </w:rPr>
              <w:t>Licences adhérents</w:t>
            </w:r>
          </w:p>
        </w:tc>
        <w:tc>
          <w:tcPr>
            <w:tcW w:type="dxa" w:w="170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_____ adhérents × 2 €</w:t>
            </w:r>
          </w:p>
        </w:tc>
        <w:tc>
          <w:tcPr>
            <w:tcW w:type="dxa" w:w="238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D2733"/>
                <w:sz w:val="17"/>
              </w:rPr>
              <w:t>________ €</w:t>
            </w:r>
          </w:p>
        </w:tc>
      </w:tr>
      <w:tr>
        <w:trPr>
          <w:cantSplit/>
        </w:trPr>
        <w:tc>
          <w:tcPr>
            <w:tcW w:type="dxa" w:w="5216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left"/>
            </w:pPr>
            <w:r>
              <w:rPr>
                <w:rFonts w:ascii="Aptos" w:hAnsi="Aptos"/>
                <w:b/>
                <w:color w:val="0A2342"/>
                <w:sz w:val="17"/>
              </w:rPr>
              <w:t>TOTAL À RÉGLER</w:t>
            </w:r>
          </w:p>
        </w:tc>
        <w:tc>
          <w:tcPr>
            <w:tcW w:type="dxa" w:w="170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center"/>
            </w:pPr>
            <w:r>
              <w:rPr>
                <w:rFonts w:ascii="Aptos" w:hAnsi="Aptos"/>
                <w:b/>
                <w:color w:val="0A2342"/>
                <w:sz w:val="17"/>
              </w:rPr>
              <w:t>Affiliation + licences</w:t>
            </w:r>
          </w:p>
        </w:tc>
        <w:tc>
          <w:tcPr>
            <w:tcW w:type="dxa" w:w="2381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pPr>
              <w:jc w:val="center"/>
            </w:pPr>
            <w:r>
              <w:rPr>
                <w:rFonts w:ascii="Aptos" w:hAnsi="Aptos"/>
                <w:b/>
                <w:color w:val="D72632"/>
                <w:sz w:val="17"/>
              </w:rPr>
              <w:t>________ €</w:t>
            </w:r>
          </w:p>
        </w:tc>
      </w:tr>
    </w:tbl>
    <w:p>
      <w:pPr>
        <w:spacing w:before="40" w:after="40"/>
      </w:pPr>
      <w:r>
        <w:rPr>
          <w:rFonts w:ascii="Aptos" w:hAnsi="Aptos"/>
          <w:b/>
          <w:color w:val="1D2733"/>
          <w:sz w:val="17"/>
        </w:rPr>
        <w:t xml:space="preserve">Mode de règlement : </w:t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Virement</w:t>
      </w:r>
      <w:r>
        <w:rPr>
          <w:rFonts w:ascii="Aptos" w:hAnsi="Aptos"/>
          <w:b w:val="0"/>
          <w:color w:val="1D2733"/>
          <w:sz w:val="17"/>
        </w:rPr>
        <w:t xml:space="preserve">   </w:t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Chèque</w:t>
      </w:r>
      <w:r>
        <w:rPr>
          <w:rFonts w:ascii="Aptos" w:hAnsi="Aptos"/>
          <w:b w:val="0"/>
          <w:color w:val="1D2733"/>
          <w:sz w:val="17"/>
        </w:rPr>
        <w:t xml:space="preserve">   </w:t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Autre : __________________</w:t>
      </w:r>
    </w:p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6. DÉCLARATION DU CLUB</w:t>
      </w:r>
    </w:p>
    <w:p>
      <w:pPr>
        <w:spacing w:after="40"/>
      </w:pPr>
      <w:r>
        <w:rPr>
          <w:rFonts w:ascii="Aptos" w:hAnsi="Aptos"/>
          <w:b w:val="0"/>
          <w:color w:val="1D2733"/>
          <w:sz w:val="17"/>
        </w:rPr>
        <w:t xml:space="preserve">Je soussigné(e), représentant(e) du club, certifie exacts les renseignements fournis, m'engage à respecter les statuts et règlements applicables de l'UFLB, à déclarer sincèrement les effectifs licenciés et à fournir l'attestation d'assurance responsabilité civile du club. </w:t>
      </w:r>
      <w:r>
        <w:rPr>
          <w:rFonts w:ascii="Aptos" w:hAnsi="Aptos"/>
          <w:b/>
          <w:color w:val="0A2342"/>
          <w:sz w:val="17"/>
        </w:rPr>
        <w:t>La licence UFLB à 2 € n'emporte pas, à elle seule, garantie individuelle accident ; les garanties applicables sont celles des contrats effectivement souscrits.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cantSplit/>
        </w:trPr>
        <w:tc>
          <w:tcPr>
            <w:tcW w:type="dxa" w:w="2948"/>
            <w:tcMar>
              <w:top w:w="55" w:type="dxa"/>
              <w:start w:w="70" w:type="dxa"/>
              <w:bottom w:w="55" w:type="dxa"/>
              <w:end w:w="70" w:type="dxa"/>
            </w:tcMar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Fait à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</w:t>
            </w:r>
          </w:p>
        </w:tc>
        <w:tc>
          <w:tcPr>
            <w:tcW w:type="dxa" w:w="2948"/>
            <w:tcMar>
              <w:top w:w="55" w:type="dxa"/>
              <w:start w:w="70" w:type="dxa"/>
              <w:bottom w:w="55" w:type="dxa"/>
              <w:end w:w="70" w:type="dxa"/>
            </w:tcMar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Le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</w:t>
            </w:r>
          </w:p>
        </w:tc>
        <w:tc>
          <w:tcPr>
            <w:tcW w:type="dxa" w:w="3288"/>
            <w:tcMar>
              <w:top w:w="55" w:type="dxa"/>
              <w:start w:w="70" w:type="dxa"/>
              <w:bottom w:w="55" w:type="dxa"/>
              <w:end w:w="70" w:type="dxa"/>
            </w:tcMar>
            <w:shd w:fill="F7F9FC"/>
          </w:tcPr>
          <w:p>
            <w:pPr>
              <w:spacing w:after="0"/>
            </w:pPr>
            <w:r>
              <w:rPr>
                <w:rFonts w:ascii="Aptos" w:hAnsi="Aptos"/>
                <w:b/>
                <w:color w:val="1D2733"/>
                <w:sz w:val="18"/>
              </w:rPr>
              <w:t xml:space="preserve">Nom et qualité du signataire : </w:t>
            </w:r>
            <w:r>
              <w:rPr>
                <w:rFonts w:ascii="Aptos" w:hAnsi="Aptos"/>
                <w:b w:val="0"/>
                <w:color w:val="5D6875"/>
                <w:sz w:val="18"/>
              </w:rPr>
              <w:t>_______________</w:t>
            </w:r>
          </w:p>
        </w:tc>
      </w:tr>
      <w:tr>
        <w:trPr>
          <w:cantSplit/>
        </w:trPr>
        <w:tc>
          <w:tcPr>
            <w:tcW w:type="dxa" w:w="294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A2342"/>
                <w:sz w:val="16"/>
              </w:rPr>
              <w:t>Cachet du club</w:t>
            </w:r>
            <w:r>
              <w:rPr>
                <w:rFonts w:ascii="Aptos" w:hAnsi="Aptos"/>
                <w:b w:val="0"/>
                <w:color w:val="1D2733"/>
                <w:sz w:val="16"/>
              </w:rPr>
              <w:br/>
              <w:br/>
              <w:br/>
            </w:r>
          </w:p>
        </w:tc>
        <w:tc>
          <w:tcPr>
            <w:tcW w:type="dxa" w:w="294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A2342"/>
                <w:sz w:val="16"/>
              </w:rPr>
              <w:t>Signature</w:t>
            </w:r>
            <w:r>
              <w:rPr>
                <w:rFonts w:ascii="Aptos" w:hAnsi="Aptos"/>
                <w:b w:val="0"/>
                <w:color w:val="1D2733"/>
                <w:sz w:val="16"/>
              </w:rPr>
              <w:br/>
              <w:br/>
              <w:br/>
            </w:r>
          </w:p>
        </w:tc>
        <w:tc>
          <w:tcPr>
            <w:tcW w:type="dxa" w:w="328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A2342"/>
                <w:sz w:val="16"/>
              </w:rPr>
              <w:t>Observations UFLB</w:t>
            </w:r>
            <w:r>
              <w:rPr>
                <w:rFonts w:ascii="Aptos" w:hAnsi="Aptos"/>
                <w:b w:val="0"/>
                <w:color w:val="1D2733"/>
                <w:sz w:val="16"/>
              </w:rPr>
              <w:br/>
              <w:br/>
              <w:br/>
            </w:r>
          </w:p>
        </w:tc>
      </w:tr>
    </w:tbl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7. PIÈCES À JOINDRE AU DOSSIER</w:t>
      </w:r>
    </w:p>
    <w:p>
      <w:pPr>
        <w:spacing w:after="60"/>
      </w:pP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Attestation d'assurance responsabilité civile du club en cours de validité</w:t>
      </w:r>
      <w:r>
        <w:br/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Listing nominatif des adhérents à licencier UFLB</w:t>
      </w:r>
      <w:r>
        <w:br/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Règlement correspondant : affiliation éventuelle + licences</w:t>
      </w:r>
      <w:r>
        <w:br/>
      </w:r>
      <w:r>
        <w:rPr>
          <w:rFonts w:ascii="Aptos" w:hAnsi="Aptos"/>
          <w:b w:val="0"/>
          <w:color w:val="0A2342"/>
          <w:sz w:val="17"/>
        </w:rPr>
        <w:t xml:space="preserve">☐ </w:t>
      </w:r>
      <w:r>
        <w:rPr>
          <w:rFonts w:ascii="Aptos" w:hAnsi="Aptos"/>
          <w:b w:val="0"/>
          <w:color w:val="1D2733"/>
          <w:sz w:val="17"/>
        </w:rPr>
        <w:t>Pour une première affiliation : copie des statuts et justificatif d'existence du club / association</w:t>
      </w:r>
      <w:r>
        <w:br/>
      </w:r>
    </w:p>
    <w:p>
      <w:pPr>
        <w:spacing w:before="120" w:after="80"/>
        <w:keepNext/>
      </w:pPr>
      <w:r>
        <w:rPr>
          <w:rFonts w:ascii="Aptos Display" w:hAnsi="Aptos Display"/>
          <w:b/>
          <w:color w:val="0A2342"/>
          <w:sz w:val="22"/>
        </w:rPr>
        <w:t>8. CADRE RÉSERVÉ À L'UFLB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Date de réception :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Dossier : ☐ complet   ☐ à compléter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</w:tr>
      <w:tr>
        <w:trPr>
          <w:cantSplit/>
        </w:trPr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N° affiliation UFLB attribué :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Nombre de licences enregistrées :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</w:tr>
      <w:tr>
        <w:trPr>
          <w:cantSplit/>
        </w:trPr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Montant reçu :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  <w:tc>
          <w:tcPr>
            <w:tcW w:type="dxa" w:w="464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5" w:color="C8D2DE"/>
              <w:left w:val="single" w:sz="5" w:color="C8D2DE"/>
              <w:bottom w:val="single" w:sz="5" w:color="C8D2DE"/>
              <w:right w:val="single" w:sz="5" w:color="C8D2DE"/>
            </w:tcBorders>
            <w:shd w:fill="F7F9FC"/>
          </w:tcPr>
          <w:p>
            <w:r>
              <w:rPr>
                <w:rFonts w:ascii="Aptos" w:hAnsi="Aptos"/>
                <w:b/>
                <w:color w:val="0A2342"/>
                <w:sz w:val="17"/>
              </w:rPr>
              <w:t xml:space="preserve">Validation / signature UFLB : </w:t>
            </w:r>
            <w:r>
              <w:rPr>
                <w:rFonts w:ascii="Aptos" w:hAnsi="Aptos"/>
                <w:b w:val="0"/>
                <w:color w:val="5D6875"/>
                <w:sz w:val="17"/>
              </w:rPr>
              <w:t>____________________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Aptos Display" w:hAnsi="Aptos Display"/>
          <w:b/>
          <w:color w:val="0A2342"/>
          <w:sz w:val="26"/>
        </w:rPr>
        <w:t>LISTE DES ADHÉRENTS À LICENCIER UFLB - SAISON 2026-2027</w:t>
      </w:r>
    </w:p>
    <w:p>
      <w:pPr>
        <w:spacing w:after="100"/>
      </w:pPr>
      <w:r>
        <w:rPr>
          <w:rFonts w:ascii="Aptos" w:hAnsi="Aptos"/>
          <w:b/>
          <w:color w:val="1D2733"/>
          <w:sz w:val="19"/>
        </w:rPr>
        <w:t xml:space="preserve">Club : </w:t>
      </w:r>
      <w:r>
        <w:rPr>
          <w:rFonts w:ascii="Aptos" w:hAnsi="Aptos"/>
          <w:b w:val="0"/>
          <w:color w:val="5D6875"/>
          <w:sz w:val="19"/>
        </w:rPr>
        <w:t>______________________________________________</w:t>
      </w:r>
      <w:r>
        <w:rPr>
          <w:rFonts w:ascii="Aptos" w:hAnsi="Aptos"/>
          <w:b/>
          <w:color w:val="1D2733"/>
          <w:sz w:val="19"/>
        </w:rPr>
        <w:t xml:space="preserve">   Total reporté : </w:t>
      </w:r>
      <w:r>
        <w:rPr>
          <w:rFonts w:ascii="Aptos" w:hAnsi="Aptos"/>
          <w:b w:val="0"/>
          <w:color w:val="5D6875"/>
          <w:sz w:val="19"/>
        </w:rPr>
        <w:t>________ licenciés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blHeader w:val="true"/>
          <w:cantSplit/>
        </w:trPr>
        <w:tc>
          <w:tcPr>
            <w:tcW w:type="dxa" w:w="51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Nom</w:t>
            </w:r>
          </w:p>
        </w:tc>
        <w:tc>
          <w:tcPr>
            <w:tcW w:type="dxa" w:w="175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Prénom</w:t>
            </w:r>
          </w:p>
        </w:tc>
        <w:tc>
          <w:tcPr>
            <w:tcW w:type="dxa" w:w="141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Date de naissance</w:t>
            </w:r>
          </w:p>
        </w:tc>
        <w:tc>
          <w:tcPr>
            <w:tcW w:type="dxa" w:w="68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Sexe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Discipline(s)</w:t>
            </w:r>
          </w:p>
        </w:tc>
        <w:tc>
          <w:tcPr>
            <w:tcW w:type="dxa" w:w="1474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Pratique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19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</w:tbl>
    <w:p>
      <w:pPr>
        <w:spacing w:before="80" w:after="0"/>
      </w:pPr>
      <w:r>
        <w:rPr>
          <w:rFonts w:ascii="Aptos" w:hAnsi="Aptos"/>
          <w:b/>
          <w:color w:val="0A2342"/>
          <w:sz w:val="16"/>
        </w:rPr>
        <w:t xml:space="preserve">Chaque personne inscrite sur ce listing fait l’objet d’une licence UFLB à 2 € pour la saison 2026-2027. </w:t>
      </w:r>
      <w:r>
        <w:rPr>
          <w:rFonts w:ascii="Aptos" w:hAnsi="Aptos"/>
          <w:b w:val="0"/>
          <w:color w:val="5D6875"/>
          <w:sz w:val="16"/>
        </w:rPr>
        <w:t>Si le club compte plus de 60 adhérents, joindre une ou plusieurs feuilles complémentaires selon le même modèle.</w:t>
      </w:r>
    </w:p>
    <w:p>
      <w:r>
        <w:br w:type="page"/>
      </w:r>
    </w:p>
    <w:p>
      <w:pPr>
        <w:spacing w:after="60"/>
        <w:jc w:val="center"/>
      </w:pPr>
      <w:r>
        <w:rPr>
          <w:rFonts w:ascii="Aptos Display" w:hAnsi="Aptos Display"/>
          <w:b/>
          <w:color w:val="0A2342"/>
          <w:sz w:val="26"/>
        </w:rPr>
        <w:t>LISTE DES ADHÉRENTS À LICENCIER UFLB - SAISON 2026-2027</w:t>
      </w:r>
    </w:p>
    <w:p>
      <w:pPr>
        <w:spacing w:after="100"/>
      </w:pPr>
      <w:r>
        <w:rPr>
          <w:rFonts w:ascii="Aptos" w:hAnsi="Aptos"/>
          <w:b/>
          <w:color w:val="1D2733"/>
          <w:sz w:val="19"/>
        </w:rPr>
        <w:t xml:space="preserve">Club : </w:t>
      </w:r>
      <w:r>
        <w:rPr>
          <w:rFonts w:ascii="Aptos" w:hAnsi="Aptos"/>
          <w:b w:val="0"/>
          <w:color w:val="5D6875"/>
          <w:sz w:val="19"/>
        </w:rPr>
        <w:t>______________________________________________</w:t>
      </w:r>
      <w:r>
        <w:rPr>
          <w:rFonts w:ascii="Aptos" w:hAnsi="Aptos"/>
          <w:b/>
          <w:color w:val="1D2733"/>
          <w:sz w:val="19"/>
        </w:rPr>
        <w:t xml:space="preserve">   Total reporté : </w:t>
      </w:r>
      <w:r>
        <w:rPr>
          <w:rFonts w:ascii="Aptos" w:hAnsi="Aptos"/>
          <w:b w:val="0"/>
          <w:color w:val="5D6875"/>
          <w:sz w:val="19"/>
        </w:rPr>
        <w:t>________ licenciés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blHeader w:val="true"/>
          <w:cantSplit/>
        </w:trPr>
        <w:tc>
          <w:tcPr>
            <w:tcW w:type="dxa" w:w="51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Nom</w:t>
            </w:r>
          </w:p>
        </w:tc>
        <w:tc>
          <w:tcPr>
            <w:tcW w:type="dxa" w:w="175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Prénom</w:t>
            </w:r>
          </w:p>
        </w:tc>
        <w:tc>
          <w:tcPr>
            <w:tcW w:type="dxa" w:w="141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Date de naissance</w:t>
            </w:r>
          </w:p>
        </w:tc>
        <w:tc>
          <w:tcPr>
            <w:tcW w:type="dxa" w:w="68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Sexe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Discipline(s)</w:t>
            </w:r>
          </w:p>
        </w:tc>
        <w:tc>
          <w:tcPr>
            <w:tcW w:type="dxa" w:w="1474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Pratique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29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39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</w:tbl>
    <w:p>
      <w:pPr>
        <w:spacing w:before="80" w:after="0"/>
      </w:pPr>
      <w:r>
        <w:rPr>
          <w:rFonts w:ascii="Aptos" w:hAnsi="Aptos"/>
          <w:b/>
          <w:color w:val="0A2342"/>
          <w:sz w:val="16"/>
        </w:rPr>
        <w:t xml:space="preserve">Chaque personne inscrite sur ce listing fait l’objet d’une licence UFLB à 2 € pour la saison 2026-2027. </w:t>
      </w:r>
      <w:r>
        <w:rPr>
          <w:rFonts w:ascii="Aptos" w:hAnsi="Aptos"/>
          <w:b w:val="0"/>
          <w:color w:val="5D6875"/>
          <w:sz w:val="16"/>
        </w:rPr>
        <w:t>Si le club compte plus de 60 adhérents, joindre une ou plusieurs feuilles complémentaires selon le même modèle.</w:t>
      </w:r>
    </w:p>
    <w:p>
      <w:r>
        <w:br w:type="page"/>
      </w:r>
    </w:p>
    <w:p>
      <w:pPr>
        <w:spacing w:after="60"/>
        <w:jc w:val="center"/>
      </w:pPr>
      <w:r>
        <w:rPr>
          <w:rFonts w:ascii="Aptos Display" w:hAnsi="Aptos Display"/>
          <w:b/>
          <w:color w:val="0A2342"/>
          <w:sz w:val="26"/>
        </w:rPr>
        <w:t>LISTE DES ADHÉRENTS À LICENCIER UFLB - SAISON 2026-2027</w:t>
      </w:r>
    </w:p>
    <w:p>
      <w:pPr>
        <w:spacing w:after="100"/>
      </w:pPr>
      <w:r>
        <w:rPr>
          <w:rFonts w:ascii="Aptos" w:hAnsi="Aptos"/>
          <w:b/>
          <w:color w:val="1D2733"/>
          <w:sz w:val="19"/>
        </w:rPr>
        <w:t xml:space="preserve">Club : </w:t>
      </w:r>
      <w:r>
        <w:rPr>
          <w:rFonts w:ascii="Aptos" w:hAnsi="Aptos"/>
          <w:b w:val="0"/>
          <w:color w:val="5D6875"/>
          <w:sz w:val="19"/>
        </w:rPr>
        <w:t>______________________________________________</w:t>
      </w:r>
      <w:r>
        <w:rPr>
          <w:rFonts w:ascii="Aptos" w:hAnsi="Aptos"/>
          <w:b/>
          <w:color w:val="1D2733"/>
          <w:sz w:val="19"/>
        </w:rPr>
        <w:t xml:space="preserve">   Total reporté : </w:t>
      </w:r>
      <w:r>
        <w:rPr>
          <w:rFonts w:ascii="Aptos" w:hAnsi="Aptos"/>
          <w:b w:val="0"/>
          <w:color w:val="5D6875"/>
          <w:sz w:val="19"/>
        </w:rPr>
        <w:t>________ licenciés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blHeader w:val="true"/>
          <w:cantSplit/>
        </w:trPr>
        <w:tc>
          <w:tcPr>
            <w:tcW w:type="dxa" w:w="51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Nom</w:t>
            </w:r>
          </w:p>
        </w:tc>
        <w:tc>
          <w:tcPr>
            <w:tcW w:type="dxa" w:w="175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Prénom</w:t>
            </w:r>
          </w:p>
        </w:tc>
        <w:tc>
          <w:tcPr>
            <w:tcW w:type="dxa" w:w="1417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Date de naissance</w:t>
            </w:r>
          </w:p>
        </w:tc>
        <w:tc>
          <w:tcPr>
            <w:tcW w:type="dxa" w:w="680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Sexe</w:t>
            </w:r>
          </w:p>
        </w:tc>
        <w:tc>
          <w:tcPr>
            <w:tcW w:type="dxa" w:w="1871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Discipline(s)</w:t>
            </w:r>
          </w:p>
        </w:tc>
        <w:tc>
          <w:tcPr>
            <w:tcW w:type="dxa" w:w="1474"/>
            <w:shd w:fill="0A2342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Pratique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49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51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52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53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54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55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56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57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58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59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0A2342"/>
                <w:sz w:val="16"/>
              </w:rPr>
              <w:t>60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75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680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5"/>
              </w:rPr>
              <w:t>F / M</w:t>
            </w:r>
          </w:p>
        </w:tc>
        <w:tc>
          <w:tcPr>
            <w:tcW w:type="dxa" w:w="1871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</w:pPr>
            <w:r>
              <w:rPr>
                <w:rFonts w:ascii="Aptos" w:hAnsi="Aptos"/>
                <w:b w:val="0"/>
                <w:color w:val="1D2733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5" w:type="dxa"/>
              <w:start w:w="45" w:type="dxa"/>
              <w:bottom w:w="85" w:type="dxa"/>
              <w:end w:w="45" w:type="dxa"/>
            </w:tcMar>
            <w:tcBorders>
              <w:top w:val="single" w:sz="4" w:color="C8D2DE"/>
              <w:left w:val="single" w:sz="4" w:color="C8D2DE"/>
              <w:bottom w:val="single" w:sz="4" w:color="C8D2DE"/>
              <w:right w:val="single" w:sz="4" w:color="C8D2DE"/>
            </w:tcBorders>
            <w:shd w:fill="F7F9FC"/>
          </w:tcPr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color w:val="5D6875"/>
                <w:sz w:val="13"/>
              </w:rPr>
              <w:t>Loisir / Assaut / Comp.</w:t>
            </w:r>
          </w:p>
        </w:tc>
      </w:tr>
    </w:tbl>
    <w:p>
      <w:pPr>
        <w:spacing w:before="80" w:after="0"/>
      </w:pPr>
      <w:r>
        <w:rPr>
          <w:rFonts w:ascii="Aptos" w:hAnsi="Aptos"/>
          <w:b/>
          <w:color w:val="0A2342"/>
          <w:sz w:val="16"/>
        </w:rPr>
        <w:t xml:space="preserve">Chaque personne inscrite sur ce listing fait l’objet d’une licence UFLB à 2 € pour la saison 2026-2027. </w:t>
      </w:r>
      <w:r>
        <w:rPr>
          <w:rFonts w:ascii="Aptos" w:hAnsi="Aptos"/>
          <w:b w:val="0"/>
          <w:color w:val="5D6875"/>
          <w:sz w:val="16"/>
        </w:rPr>
        <w:t>Si le club compte plus de 60 adhérents, joindre une ou plusieurs feuilles complémentaires selon le même modèle.</w:t>
      </w:r>
    </w:p>
    <w:p>
      <w:pPr>
        <w:spacing w:before="100"/>
        <w:jc w:val="center"/>
      </w:pPr>
      <w:r>
        <w:rPr>
          <w:rFonts w:ascii="Aptos" w:hAnsi="Aptos"/>
          <w:b/>
          <w:color w:val="0A2342"/>
          <w:sz w:val="17"/>
        </w:rPr>
        <w:t>Dossier à retourner à l’UFLB avec le listing des adhérents et l’attestation RC du club.</w:t>
      </w:r>
      <w:r>
        <w:rPr>
          <w:rFonts w:ascii="Aptos" w:hAnsi="Aptos"/>
          <w:b w:val="0"/>
          <w:color w:val="5D6875"/>
          <w:sz w:val="17"/>
        </w:rPr>
        <w:br/>
        <w:t>www.lethwei-bando.fr</w:t>
      </w:r>
    </w:p>
    <w:sectPr w:rsidR="00FC693F" w:rsidRPr="0006063C" w:rsidSect="00034616">
      <w:footerReference w:type="default" r:id="rId9"/>
      <w:pgSz w:w="12240" w:h="15840"/>
      <w:pgMar w:top="652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ptos" w:hAnsi="Aptos"/>
        <w:b w:val="0"/>
        <w:color w:val="5F6B78"/>
        <w:sz w:val="16"/>
      </w:rPr>
      <w:t>UFLB - Union Française de Lethwei &amp; Bando  |  Saison 2026-2027  |  www.lethwei-bando.fr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UFLB - Fiche affiliation / réaffiliation club 2026-2027</dc:title>
  <dc:subject>Affiliation club et listing des adhérents - saison 2026-2027</dc:subject>
  <dc:creator>UFLB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